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870F9" w14:textId="77777777" w:rsidR="00A62916" w:rsidRDefault="00000000">
      <w:pPr>
        <w:pStyle w:val="Title"/>
        <w:keepNext/>
        <w:spacing w:line="540" w:lineRule="exact"/>
      </w:pPr>
      <w:r>
        <w:rPr>
          <w:b/>
          <w:sz w:val="48"/>
        </w:rPr>
        <w:t>Jackson Jones</w:t>
      </w:r>
    </w:p>
    <w:p w14:paraId="0A3CCE20" w14:textId="5CF34346" w:rsidR="00A62916" w:rsidRPr="004D4A0A" w:rsidRDefault="00000000" w:rsidP="004D4A0A">
      <w:pPr>
        <w:keepNext/>
        <w:spacing w:after="60" w:line="276" w:lineRule="auto"/>
        <w:rPr>
          <w:sz w:val="24"/>
          <w:szCs w:val="24"/>
        </w:rPr>
      </w:pPr>
      <w:r w:rsidRPr="004D4A0A">
        <w:rPr>
          <w:sz w:val="24"/>
          <w:szCs w:val="24"/>
        </w:rPr>
        <w:t>Urban Forestry Student</w:t>
      </w:r>
      <w:r w:rsidR="004D4A0A" w:rsidRPr="004D4A0A">
        <w:rPr>
          <w:sz w:val="24"/>
          <w:szCs w:val="24"/>
        </w:rPr>
        <w:t xml:space="preserve"> </w:t>
      </w:r>
      <w:r w:rsidR="004D4A0A" w:rsidRPr="004D4A0A">
        <w:rPr>
          <w:sz w:val="24"/>
          <w:szCs w:val="24"/>
        </w:rPr>
        <w:t>|</w:t>
      </w:r>
      <w:r w:rsidR="004D4A0A" w:rsidRPr="004D4A0A">
        <w:rPr>
          <w:sz w:val="24"/>
          <w:szCs w:val="24"/>
        </w:rPr>
        <w:t xml:space="preserve"> </w:t>
      </w:r>
      <w:r w:rsidR="004D4A0A" w:rsidRPr="004D4A0A">
        <w:rPr>
          <w:sz w:val="24"/>
          <w:szCs w:val="24"/>
        </w:rPr>
        <w:t>Nacogdoches, TX</w:t>
      </w:r>
      <w:r w:rsidR="004D4A0A">
        <w:rPr>
          <w:sz w:val="24"/>
          <w:szCs w:val="24"/>
        </w:rPr>
        <w:br/>
      </w:r>
      <w:r w:rsidR="004D4A0A" w:rsidRPr="004D4A0A">
        <w:rPr>
          <w:sz w:val="24"/>
          <w:szCs w:val="24"/>
        </w:rPr>
        <w:t xml:space="preserve">Contact: </w:t>
      </w:r>
      <w:r w:rsidRPr="004D4A0A">
        <w:rPr>
          <w:sz w:val="24"/>
          <w:szCs w:val="24"/>
        </w:rPr>
        <w:t xml:space="preserve">832-540-4966 | </w:t>
      </w:r>
      <w:hyperlink r:id="rId6">
        <w:r w:rsidRPr="004D4A0A">
          <w:rPr>
            <w:sz w:val="24"/>
            <w:szCs w:val="24"/>
          </w:rPr>
          <w:t>jackgjones@live.com</w:t>
        </w:r>
      </w:hyperlink>
      <w:r w:rsidR="004D4A0A">
        <w:rPr>
          <w:sz w:val="24"/>
          <w:szCs w:val="24"/>
        </w:rPr>
        <w:br/>
      </w:r>
      <w:r w:rsidR="004D4A0A" w:rsidRPr="004D4A0A">
        <w:rPr>
          <w:sz w:val="24"/>
          <w:szCs w:val="24"/>
        </w:rPr>
        <w:t xml:space="preserve">Website: </w:t>
      </w:r>
      <w:hyperlink r:id="rId7">
        <w:r w:rsidRPr="004D4A0A">
          <w:rPr>
            <w:sz w:val="24"/>
            <w:szCs w:val="24"/>
          </w:rPr>
          <w:t>jacksonjones.info</w:t>
        </w:r>
      </w:hyperlink>
    </w:p>
    <w:p w14:paraId="59BC56F9" w14:textId="77777777" w:rsidR="00A62916" w:rsidRDefault="00000000">
      <w:pPr>
        <w:spacing w:after="0"/>
      </w:pPr>
      <w:r>
        <w:t>Urban forestry student with hands-on experience in native tree propagation, systematic growth monitoring, grafting, and community tree planting.</w:t>
      </w:r>
    </w:p>
    <w:p w14:paraId="296174E3" w14:textId="77777777" w:rsidR="00A62916" w:rsidRDefault="00000000">
      <w:pPr>
        <w:pStyle w:val="Heading1"/>
        <w:spacing w:before="180" w:after="80" w:line="260" w:lineRule="exact"/>
      </w:pPr>
      <w:r>
        <w:rPr>
          <w:sz w:val="21"/>
        </w:rPr>
        <w:t>EDUCATION</w:t>
      </w:r>
    </w:p>
    <w:p w14:paraId="1ACDE78F" w14:textId="77777777" w:rsidR="00A62916" w:rsidRDefault="00000000">
      <w:pPr>
        <w:keepNext/>
        <w:tabs>
          <w:tab w:val="right" w:pos="10640"/>
        </w:tabs>
        <w:spacing w:after="20"/>
      </w:pPr>
      <w:r>
        <w:rPr>
          <w:b/>
        </w:rPr>
        <w:t xml:space="preserve">Stephen F. Austin State University </w:t>
      </w:r>
      <w:r>
        <w:t>| Urban Forestry, degree in progress</w:t>
      </w:r>
      <w:r>
        <w:rPr>
          <w:sz w:val="20"/>
        </w:rPr>
        <w:tab/>
        <w:t>2025 - Present</w:t>
      </w:r>
    </w:p>
    <w:p w14:paraId="68390A2D" w14:textId="77777777" w:rsidR="00A62916" w:rsidRDefault="00000000">
      <w:pPr>
        <w:keepNext/>
        <w:tabs>
          <w:tab w:val="right" w:pos="10640"/>
        </w:tabs>
        <w:spacing w:after="20"/>
      </w:pPr>
      <w:r>
        <w:rPr>
          <w:b/>
        </w:rPr>
        <w:t xml:space="preserve">Lone Star College, Houston </w:t>
      </w:r>
      <w:r>
        <w:t>| Foundational coursework</w:t>
      </w:r>
      <w:r>
        <w:rPr>
          <w:sz w:val="20"/>
        </w:rPr>
        <w:tab/>
        <w:t>2020 - 2022</w:t>
      </w:r>
    </w:p>
    <w:p w14:paraId="6F484726" w14:textId="77777777" w:rsidR="00A62916" w:rsidRDefault="00000000">
      <w:pPr>
        <w:pStyle w:val="Heading1"/>
        <w:spacing w:before="180" w:after="80" w:line="260" w:lineRule="exact"/>
      </w:pPr>
      <w:r>
        <w:rPr>
          <w:sz w:val="21"/>
        </w:rPr>
        <w:t>HONORS AND RECOGNITION</w:t>
      </w:r>
    </w:p>
    <w:p w14:paraId="42DE5EBC" w14:textId="02F713CE" w:rsidR="00A62916" w:rsidRDefault="00000000">
      <w:pPr>
        <w:keepNext/>
        <w:tabs>
          <w:tab w:val="right" w:pos="10640"/>
        </w:tabs>
        <w:spacing w:after="20"/>
      </w:pPr>
      <w:r>
        <w:rPr>
          <w:b/>
        </w:rPr>
        <w:t xml:space="preserve">Forestry Field Estimation Competition </w:t>
      </w:r>
      <w:r>
        <w:t>| Biochar conference</w:t>
      </w:r>
      <w:r w:rsidR="009C17E6">
        <w:rPr>
          <w:sz w:val="20"/>
        </w:rPr>
        <w:tab/>
        <w:t xml:space="preserve"> March </w:t>
      </w:r>
      <w:r>
        <w:rPr>
          <w:sz w:val="20"/>
        </w:rPr>
        <w:t>202</w:t>
      </w:r>
      <w:r w:rsidR="009C17E6">
        <w:rPr>
          <w:sz w:val="20"/>
        </w:rPr>
        <w:t>6</w:t>
      </w:r>
    </w:p>
    <w:p w14:paraId="67E53BB8" w14:textId="77777777" w:rsidR="00A62916" w:rsidRDefault="00000000">
      <w:pPr>
        <w:tabs>
          <w:tab w:val="left" w:pos="220"/>
        </w:tabs>
        <w:spacing w:after="60"/>
        <w:ind w:left="220" w:hanging="220"/>
      </w:pPr>
      <w:r>
        <w:t>•</w:t>
      </w:r>
      <w:r>
        <w:tab/>
        <w:t>Earned the highest score among approximately 50 participants, including professional foresters; awarded a Haglöf clinometer.</w:t>
      </w:r>
    </w:p>
    <w:p w14:paraId="6030F17C" w14:textId="77777777" w:rsidR="00A62916" w:rsidRDefault="00000000">
      <w:pPr>
        <w:tabs>
          <w:tab w:val="left" w:pos="220"/>
        </w:tabs>
        <w:spacing w:after="60"/>
        <w:ind w:left="220" w:hanging="220"/>
      </w:pPr>
      <w:r>
        <w:t>•</w:t>
      </w:r>
      <w:r>
        <w:tab/>
        <w:t>Estimated tree dimensions, height to a 6-inch top diameter, and plot inclusion without instruments.</w:t>
      </w:r>
    </w:p>
    <w:p w14:paraId="50AD149D" w14:textId="77777777" w:rsidR="00A62916" w:rsidRDefault="00000000">
      <w:pPr>
        <w:pStyle w:val="Heading1"/>
        <w:spacing w:before="180" w:after="80" w:line="260" w:lineRule="exact"/>
      </w:pPr>
      <w:r>
        <w:rPr>
          <w:sz w:val="21"/>
        </w:rPr>
        <w:t>FORESTRY AND HORTICULTURE PROJECTS</w:t>
      </w:r>
    </w:p>
    <w:p w14:paraId="1AFC9A76" w14:textId="14B63114" w:rsidR="00A62916" w:rsidRDefault="00000000" w:rsidP="00263AAB">
      <w:pPr>
        <w:keepNext/>
        <w:spacing w:after="20"/>
      </w:pPr>
      <w:r>
        <w:rPr>
          <w:b/>
        </w:rPr>
        <w:t xml:space="preserve">Oak Propagation Research </w:t>
      </w:r>
      <w:r>
        <w:t>| Personal project</w:t>
      </w:r>
      <w:r w:rsidR="00263AAB">
        <w:t xml:space="preserve">                                                                                     </w:t>
      </w:r>
      <w:r w:rsidR="00263AAB">
        <w:rPr>
          <w:sz w:val="20"/>
        </w:rPr>
        <w:t>Fall</w:t>
      </w:r>
      <w:r w:rsidR="00263AAB">
        <w:rPr>
          <w:sz w:val="20"/>
        </w:rPr>
        <w:t xml:space="preserve"> 202</w:t>
      </w:r>
      <w:r w:rsidR="00263AAB">
        <w:rPr>
          <w:sz w:val="20"/>
        </w:rPr>
        <w:t>5</w:t>
      </w:r>
    </w:p>
    <w:p w14:paraId="67BE6905" w14:textId="77777777" w:rsidR="00A62916" w:rsidRDefault="00000000">
      <w:pPr>
        <w:tabs>
          <w:tab w:val="left" w:pos="220"/>
        </w:tabs>
        <w:spacing w:after="60"/>
        <w:ind w:left="220" w:hanging="220"/>
      </w:pPr>
      <w:r>
        <w:t>•</w:t>
      </w:r>
      <w:r>
        <w:tab/>
        <w:t>Conducted research-grade propagation, recording leaf/node counts, height, water pH, and cultivation variables to track growth.</w:t>
      </w:r>
    </w:p>
    <w:p w14:paraId="0ECFE1F3" w14:textId="77777777" w:rsidR="00A62916" w:rsidRDefault="00000000">
      <w:pPr>
        <w:keepNext/>
        <w:tabs>
          <w:tab w:val="right" w:pos="10640"/>
        </w:tabs>
        <w:spacing w:after="20"/>
      </w:pPr>
      <w:r>
        <w:rPr>
          <w:b/>
        </w:rPr>
        <w:t xml:space="preserve">Loblolly Pine Grafting </w:t>
      </w:r>
      <w:r>
        <w:t>| Personal project</w:t>
      </w:r>
      <w:r>
        <w:rPr>
          <w:sz w:val="20"/>
        </w:rPr>
        <w:tab/>
        <w:t>Spring 2026</w:t>
      </w:r>
    </w:p>
    <w:p w14:paraId="581BE7CA" w14:textId="77777777" w:rsidR="00A62916" w:rsidRDefault="00000000">
      <w:pPr>
        <w:tabs>
          <w:tab w:val="left" w:pos="220"/>
        </w:tabs>
        <w:spacing w:after="60"/>
        <w:ind w:left="220" w:hanging="220"/>
      </w:pPr>
      <w:r>
        <w:t>•</w:t>
      </w:r>
      <w:r>
        <w:tab/>
        <w:t>Trained by horticulturist Nick Romano in dwarf loblolly pine grafting; prepared scions and monitored graft unions.</w:t>
      </w:r>
    </w:p>
    <w:p w14:paraId="41981948" w14:textId="77777777" w:rsidR="00A62916" w:rsidRDefault="00000000">
      <w:pPr>
        <w:keepNext/>
        <w:tabs>
          <w:tab w:val="right" w:pos="10640"/>
        </w:tabs>
        <w:spacing w:after="20"/>
      </w:pPr>
      <w:r>
        <w:rPr>
          <w:b/>
        </w:rPr>
        <w:t xml:space="preserve">Native Tree Beautification </w:t>
      </w:r>
      <w:r>
        <w:t>| Personal project</w:t>
      </w:r>
      <w:r>
        <w:rPr>
          <w:sz w:val="20"/>
        </w:rPr>
        <w:tab/>
        <w:t>2025 - 2026</w:t>
      </w:r>
    </w:p>
    <w:p w14:paraId="030EC463" w14:textId="77777777" w:rsidR="00A62916" w:rsidRDefault="00000000">
      <w:pPr>
        <w:tabs>
          <w:tab w:val="left" w:pos="220"/>
        </w:tabs>
        <w:spacing w:after="60"/>
        <w:ind w:left="220" w:hanging="220"/>
      </w:pPr>
      <w:r>
        <w:t>•</w:t>
      </w:r>
      <w:r>
        <w:tab/>
        <w:t>Oversaw propagation of thousands of redbud seeds and approximately 50 dogwood cuttings; managed planting sites and monitored growth.</w:t>
      </w:r>
    </w:p>
    <w:p w14:paraId="6890CCA6" w14:textId="77777777" w:rsidR="00A62916" w:rsidRDefault="00000000">
      <w:pPr>
        <w:keepNext/>
        <w:tabs>
          <w:tab w:val="right" w:pos="10640"/>
        </w:tabs>
        <w:spacing w:after="20"/>
      </w:pPr>
      <w:r>
        <w:rPr>
          <w:b/>
        </w:rPr>
        <w:t xml:space="preserve">Indoor Strawberry “Berry Box” </w:t>
      </w:r>
      <w:r>
        <w:t>| Personal project</w:t>
      </w:r>
      <w:r>
        <w:rPr>
          <w:sz w:val="20"/>
        </w:rPr>
        <w:tab/>
        <w:t>2022 - Jan. 2026</w:t>
      </w:r>
    </w:p>
    <w:p w14:paraId="1607EF7A" w14:textId="77777777" w:rsidR="00A62916" w:rsidRDefault="00000000">
      <w:pPr>
        <w:tabs>
          <w:tab w:val="left" w:pos="220"/>
        </w:tabs>
        <w:spacing w:after="60"/>
        <w:ind w:left="220" w:hanging="220"/>
      </w:pPr>
      <w:r>
        <w:t>•</w:t>
      </w:r>
      <w:r>
        <w:tab/>
        <w:t>Designed a compact, modular indoor strawberry system aimed at affordable year-round growing in homes and apartments.</w:t>
      </w:r>
    </w:p>
    <w:p w14:paraId="497AC667" w14:textId="77777777" w:rsidR="00A62916" w:rsidRDefault="00000000">
      <w:pPr>
        <w:pStyle w:val="Heading1"/>
        <w:spacing w:before="180" w:after="80" w:line="260" w:lineRule="exact"/>
      </w:pPr>
      <w:r>
        <w:rPr>
          <w:sz w:val="21"/>
        </w:rPr>
        <w:t>VOLUNTEER EXPERIENCE</w:t>
      </w:r>
    </w:p>
    <w:p w14:paraId="061A4845" w14:textId="2BB7D895" w:rsidR="00A62916" w:rsidRDefault="00000000">
      <w:pPr>
        <w:keepNext/>
        <w:tabs>
          <w:tab w:val="right" w:pos="10640"/>
        </w:tabs>
        <w:spacing w:after="20"/>
      </w:pPr>
      <w:r>
        <w:rPr>
          <w:b/>
        </w:rPr>
        <w:t xml:space="preserve">Keep Angelina Beautiful </w:t>
      </w:r>
      <w:r>
        <w:t>| Tree Planting Volunteer</w:t>
      </w:r>
      <w:r>
        <w:rPr>
          <w:sz w:val="20"/>
        </w:rPr>
        <w:tab/>
      </w:r>
      <w:r w:rsidR="009C17E6">
        <w:rPr>
          <w:sz w:val="20"/>
        </w:rPr>
        <w:t xml:space="preserve">Fall </w:t>
      </w:r>
      <w:r>
        <w:rPr>
          <w:sz w:val="20"/>
        </w:rPr>
        <w:t>2025</w:t>
      </w:r>
    </w:p>
    <w:p w14:paraId="3953334B" w14:textId="77777777" w:rsidR="00A62916" w:rsidRDefault="00000000">
      <w:pPr>
        <w:tabs>
          <w:tab w:val="left" w:pos="220"/>
        </w:tabs>
        <w:spacing w:after="60"/>
        <w:ind w:left="220" w:hanging="220"/>
      </w:pPr>
      <w:r>
        <w:t>•</w:t>
      </w:r>
      <w:r>
        <w:tab/>
        <w:t>Participated in tree-planting projects at parks to support community greening.</w:t>
      </w:r>
    </w:p>
    <w:p w14:paraId="47E38EE0" w14:textId="77777777" w:rsidR="00A62916" w:rsidRDefault="00000000">
      <w:pPr>
        <w:pStyle w:val="Heading1"/>
        <w:spacing w:before="180" w:after="80" w:line="260" w:lineRule="exact"/>
      </w:pPr>
      <w:r>
        <w:rPr>
          <w:sz w:val="21"/>
        </w:rPr>
        <w:t>WORK EXPERIENCE</w:t>
      </w:r>
    </w:p>
    <w:p w14:paraId="7FECFDEA" w14:textId="77777777" w:rsidR="00A62916" w:rsidRDefault="00000000">
      <w:pPr>
        <w:keepNext/>
        <w:tabs>
          <w:tab w:val="right" w:pos="10640"/>
        </w:tabs>
        <w:spacing w:after="20"/>
      </w:pPr>
      <w:r>
        <w:rPr>
          <w:b/>
        </w:rPr>
        <w:t xml:space="preserve">H-E-B Grocery </w:t>
      </w:r>
      <w:r>
        <w:t>| Inventory Receiver</w:t>
      </w:r>
      <w:r>
        <w:rPr>
          <w:sz w:val="20"/>
        </w:rPr>
        <w:tab/>
        <w:t>2022 - Early 2025</w:t>
      </w:r>
    </w:p>
    <w:p w14:paraId="41D5F258" w14:textId="77777777" w:rsidR="00A62916" w:rsidRDefault="00000000">
      <w:pPr>
        <w:tabs>
          <w:tab w:val="left" w:pos="220"/>
        </w:tabs>
        <w:spacing w:after="60"/>
        <w:ind w:left="220" w:hanging="220"/>
      </w:pPr>
      <w:r>
        <w:t>•</w:t>
      </w:r>
      <w:r>
        <w:tab/>
        <w:t>Managed inventory and vendor stock; earned Employee of the Month for reliability and teamwork.</w:t>
      </w:r>
    </w:p>
    <w:p w14:paraId="47BEE905" w14:textId="77777777" w:rsidR="00A62916" w:rsidRDefault="00000000">
      <w:pPr>
        <w:keepNext/>
        <w:tabs>
          <w:tab w:val="right" w:pos="10640"/>
        </w:tabs>
        <w:spacing w:after="20"/>
      </w:pPr>
      <w:r>
        <w:rPr>
          <w:b/>
        </w:rPr>
        <w:t xml:space="preserve">The UPS Store </w:t>
      </w:r>
      <w:r>
        <w:t>| Cashier and Box Attendant</w:t>
      </w:r>
      <w:r>
        <w:rPr>
          <w:sz w:val="20"/>
        </w:rPr>
        <w:tab/>
        <w:t>2020 - 2022</w:t>
      </w:r>
    </w:p>
    <w:p w14:paraId="01FE3080" w14:textId="77777777" w:rsidR="00A62916" w:rsidRDefault="00000000">
      <w:pPr>
        <w:tabs>
          <w:tab w:val="left" w:pos="220"/>
        </w:tabs>
        <w:spacing w:after="60"/>
        <w:ind w:left="220" w:hanging="220"/>
      </w:pPr>
      <w:r>
        <w:t>•</w:t>
      </w:r>
      <w:r>
        <w:tab/>
        <w:t>Handled customer service, cashier duties, incoming and outgoing inventory, and vendor stock.</w:t>
      </w:r>
    </w:p>
    <w:p w14:paraId="0F973D26" w14:textId="77777777" w:rsidR="00A62916" w:rsidRDefault="00000000">
      <w:pPr>
        <w:pStyle w:val="Heading1"/>
        <w:spacing w:before="180" w:after="80" w:line="260" w:lineRule="exact"/>
      </w:pPr>
      <w:r>
        <w:rPr>
          <w:sz w:val="21"/>
        </w:rPr>
        <w:t>TECHNICAL SKILLS AND CERTIFICATION</w:t>
      </w:r>
    </w:p>
    <w:p w14:paraId="38119973" w14:textId="77777777" w:rsidR="00A62916" w:rsidRDefault="00000000">
      <w:r>
        <w:rPr>
          <w:b/>
        </w:rPr>
        <w:t>Tools and skills:</w:t>
      </w:r>
      <w:r>
        <w:t xml:space="preserve"> ArcGIS Pro; Microsoft Office; typing at 90 WPM; Java, SQL, Python, C#, Arduino, Flask; mechatronics and embedded systems; 3D printing and modeling. </w:t>
      </w:r>
      <w:r>
        <w:rPr>
          <w:b/>
        </w:rPr>
        <w:t>Certification:</w:t>
      </w:r>
      <w:r>
        <w:t xml:space="preserve"> Drone Operator Certification.</w:t>
      </w:r>
    </w:p>
    <w:p w14:paraId="16389590" w14:textId="77777777" w:rsidR="00A62916" w:rsidRDefault="00000000">
      <w:r>
        <w:rPr>
          <w:b/>
        </w:rPr>
        <w:t>Plant identification study website:</w:t>
      </w:r>
      <w:r>
        <w:t xml:space="preserve"> Designed and published a responsive site for classmates with photo galleries, keyboard navigation, dark mode, and mobile layouts, supporting hundreds of hours of study.</w:t>
      </w:r>
    </w:p>
    <w:p w14:paraId="13CE856A" w14:textId="77777777" w:rsidR="00A62916" w:rsidRDefault="00000000">
      <w:r>
        <w:rPr>
          <w:b/>
        </w:rPr>
        <w:t>Game addon development (2020 - 2022):</w:t>
      </w:r>
      <w:r>
        <w:t xml:space="preserve"> Released a Java addon with a three-person team, reaching 250,000+ downloads; used version control and community feedback.</w:t>
      </w:r>
    </w:p>
    <w:sectPr w:rsidR="00A62916" w:rsidSect="00034616">
      <w:pgSz w:w="12240" w:h="15840"/>
      <w:pgMar w:top="620" w:right="800" w:bottom="620" w:left="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25545441">
    <w:abstractNumId w:val="8"/>
  </w:num>
  <w:num w:numId="2" w16cid:durableId="1142580555">
    <w:abstractNumId w:val="6"/>
  </w:num>
  <w:num w:numId="3" w16cid:durableId="994916392">
    <w:abstractNumId w:val="5"/>
  </w:num>
  <w:num w:numId="4" w16cid:durableId="1784499392">
    <w:abstractNumId w:val="4"/>
  </w:num>
  <w:num w:numId="5" w16cid:durableId="1752383680">
    <w:abstractNumId w:val="7"/>
  </w:num>
  <w:num w:numId="6" w16cid:durableId="386924674">
    <w:abstractNumId w:val="3"/>
  </w:num>
  <w:num w:numId="7" w16cid:durableId="680353454">
    <w:abstractNumId w:val="2"/>
  </w:num>
  <w:num w:numId="8" w16cid:durableId="1198934518">
    <w:abstractNumId w:val="1"/>
  </w:num>
  <w:num w:numId="9" w16cid:durableId="19795294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63AAB"/>
    <w:rsid w:val="0029639D"/>
    <w:rsid w:val="00326F90"/>
    <w:rsid w:val="003A0B2E"/>
    <w:rsid w:val="004D4A0A"/>
    <w:rsid w:val="009A54B7"/>
    <w:rsid w:val="009C17E6"/>
    <w:rsid w:val="00A62916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39AD911"/>
  <w14:defaultImageDpi w14:val="300"/>
  <w15:docId w15:val="{A618B1B6-A035-407A-A6FD-8AC8AF121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40" w:line="268" w:lineRule="exact"/>
    </w:pPr>
    <w:rPr>
      <w:rFonts w:ascii="Arial" w:hAnsi="Arial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outlineLvl w:val="0"/>
    </w:pPr>
    <w:rPr>
      <w:rFonts w:asciiTheme="majorHAnsi" w:eastAsiaTheme="majorEastAsia" w:hAnsiTheme="majorHAnsi" w:cstheme="majorBidi"/>
      <w:b/>
      <w:bCs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contextualSpacing/>
    </w:pPr>
    <w:rPr>
      <w:rFonts w:asciiTheme="majorHAnsi" w:eastAsiaTheme="majorEastAsia" w:hAnsiTheme="majorHAnsi" w:cstheme="majorBidi"/>
      <w:spacing w:val="5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jacksonjones.inf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jackgjones@live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415</Words>
  <Characters>2369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2779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Jackson Jones Resume</dc:title>
  <dc:subject/>
  <dc:creator>Jackson Jones</dc:creator>
  <cp:keywords/>
  <dc:description>generated by python-docx</dc:description>
  <cp:lastModifiedBy>Jackson Jones</cp:lastModifiedBy>
  <cp:revision>3</cp:revision>
  <cp:lastPrinted>2026-10-15T14:41:00Z</cp:lastPrinted>
  <dcterms:created xsi:type="dcterms:W3CDTF">2026-10-15T14:40:00Z</dcterms:created>
  <dcterms:modified xsi:type="dcterms:W3CDTF">2026-10-15T14:42:00Z</dcterms:modified>
  <cp:category/>
</cp:coreProperties>
</file>